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ТЕХНИЧЕСКОЕ ЗАДАНИЕ</w:t>
        <w:br/>
        <w:t>НА ВИЗУАЛИЗАЦИЮ ЭКСТЕРЬЕРА</w:t>
      </w:r>
    </w:p>
    <w:p>
      <w:pPr>
        <w:jc w:val="center"/>
      </w:pPr>
      <w:r>
        <w:rPr>
          <w:i/>
        </w:rPr>
        <w:t>Шаблон для заполнения заказчиком</w:t>
      </w:r>
    </w:p>
    <w:p>
      <w:pPr>
        <w:pStyle w:val="Heading1"/>
      </w:pPr>
      <w:r>
        <w:t>1. Объект и исходные материалы</w:t>
      </w:r>
    </w:p>
    <w:p>
      <w:pPr>
        <w:spacing w:after="100"/>
        <w:ind w:left="170"/>
      </w:pPr>
      <w:r>
        <w:rPr>
          <w:b/>
        </w:rPr>
        <w:t xml:space="preserve">☐ </w:t>
      </w:r>
      <w:r>
        <w:t>Есть ли готовая 3D-модель здания?</w:t>
      </w:r>
      <w:r>
        <w:br/>
        <w:t xml:space="preserve">Ответ / ссылка / комментарий: </w:t>
      </w:r>
      <w:r>
        <w:t>______________________________________________________________________________</w:t>
      </w:r>
    </w:p>
    <w:p>
      <w:pPr>
        <w:spacing w:after="100"/>
        <w:ind w:left="170"/>
      </w:pPr>
      <w:r>
        <w:rPr>
          <w:b/>
        </w:rPr>
        <w:t xml:space="preserve">☐ </w:t>
      </w:r>
      <w:r>
        <w:t>Есть ли готовая 3D-модель ландшафта?</w:t>
      </w:r>
      <w:r>
        <w:br/>
        <w:t xml:space="preserve">Ответ / ссылка / комментарий: </w:t>
      </w:r>
      <w:r>
        <w:t>______________________________________________________________________________</w:t>
      </w:r>
    </w:p>
    <w:p>
      <w:r>
        <w:rPr>
          <w:b/>
        </w:rPr>
        <w:t>Если модель необходимо моделировать самостоятельно, предоставьте доступные чертежи и материалы:</w:t>
      </w:r>
    </w:p>
    <w:p>
      <w:pPr>
        <w:spacing w:after="100"/>
        <w:ind w:left="170"/>
      </w:pPr>
      <w:r>
        <w:rPr>
          <w:b/>
        </w:rPr>
        <w:t xml:space="preserve">☐ </w:t>
      </w:r>
      <w:r>
        <w:t>Поэтажный план (можно с расстановкой мебели, чтобы понимать, где какие помещения будут).</w:t>
      </w:r>
      <w:r>
        <w:br/>
        <w:t xml:space="preserve">Ответ / ссылка / комментарий: </w:t>
      </w:r>
      <w:r>
        <w:t>______________________________________________________________________________</w:t>
      </w:r>
    </w:p>
    <w:p>
      <w:pPr>
        <w:spacing w:after="100"/>
        <w:ind w:left="170"/>
      </w:pPr>
      <w:r>
        <w:rPr>
          <w:b/>
        </w:rPr>
        <w:t xml:space="preserve">☐ </w:t>
      </w:r>
      <w:r>
        <w:t>Фасады (с указанием, где какие материалы, если планируется сложная разбивка).</w:t>
      </w:r>
      <w:r>
        <w:br/>
        <w:t xml:space="preserve">Ответ / ссылка / комментарий: </w:t>
      </w:r>
      <w:r>
        <w:t>______________________________________________________________________________</w:t>
      </w:r>
    </w:p>
    <w:p>
      <w:pPr>
        <w:spacing w:after="100"/>
        <w:ind w:left="170"/>
      </w:pPr>
      <w:r>
        <w:rPr>
          <w:b/>
        </w:rPr>
        <w:t xml:space="preserve">☐ </w:t>
      </w:r>
      <w:r>
        <w:t>План кровли.</w:t>
      </w:r>
      <w:r>
        <w:br/>
        <w:t xml:space="preserve">Ответ / ссылка / комментарий: </w:t>
      </w:r>
      <w:r>
        <w:t>______________________________________________________________________________</w:t>
      </w:r>
    </w:p>
    <w:p>
      <w:pPr>
        <w:spacing w:after="100"/>
        <w:ind w:left="170"/>
      </w:pPr>
      <w:r>
        <w:rPr>
          <w:b/>
        </w:rPr>
        <w:t xml:space="preserve">☐ </w:t>
      </w:r>
      <w:r>
        <w:t>Спецификация материалов — ссылки / референсы на материалы.</w:t>
      </w:r>
      <w:r>
        <w:br/>
        <w:t xml:space="preserve">Ответ / ссылка / комментарий: </w:t>
      </w:r>
      <w:r>
        <w:t>______________________________________________________________________________</w:t>
      </w:r>
    </w:p>
    <w:p>
      <w:pPr>
        <w:spacing w:after="100"/>
        <w:ind w:left="170"/>
      </w:pPr>
      <w:r>
        <w:rPr>
          <w:b/>
        </w:rPr>
        <w:t xml:space="preserve">☐ </w:t>
      </w:r>
      <w:r>
        <w:t>Генплан (с указанием высот, если есть перепады).</w:t>
      </w:r>
      <w:r>
        <w:br/>
        <w:t xml:space="preserve">Ответ / ссылка / комментарий: </w:t>
      </w:r>
      <w:r>
        <w:t>______________________________________________________________________________</w:t>
      </w:r>
    </w:p>
    <w:p>
      <w:pPr>
        <w:spacing w:after="100"/>
        <w:ind w:left="170"/>
      </w:pPr>
      <w:r>
        <w:rPr>
          <w:b/>
        </w:rPr>
        <w:t xml:space="preserve">☐ </w:t>
      </w:r>
      <w:r>
        <w:t>План подсветки (для сложного освещения).</w:t>
      </w:r>
      <w:r>
        <w:br/>
        <w:t xml:space="preserve">Ответ / ссылка / комментарий: </w:t>
      </w:r>
      <w:r>
        <w:t>______________________________________________________________________________</w:t>
      </w:r>
    </w:p>
    <w:p>
      <w:pPr>
        <w:spacing w:after="100"/>
        <w:ind w:left="170"/>
      </w:pPr>
      <w:r>
        <w:rPr>
          <w:b/>
        </w:rPr>
        <w:t xml:space="preserve">☐ </w:t>
      </w:r>
      <w:r>
        <w:t>Дендроплан (если есть заготовленный ландшафтный дизайн) — обязательно с легендой по растениям; в идеале: референсы растений, высота, объём, стрижка и т. д.</w:t>
      </w:r>
      <w:r>
        <w:br/>
        <w:t xml:space="preserve">Ответ / ссылка / комментарий: </w:t>
      </w:r>
      <w:r>
        <w:t>______________________________________________________________________________</w:t>
      </w:r>
    </w:p>
    <w:p>
      <w:pPr>
        <w:pStyle w:val="Heading1"/>
      </w:pPr>
      <w:r>
        <w:t>2. Локация и окружение</w:t>
      </w:r>
    </w:p>
    <w:p>
      <w:pPr>
        <w:spacing w:after="80"/>
      </w:pPr>
      <w:r>
        <w:rPr>
          <w:b/>
        </w:rPr>
        <w:t>Где территориально расположен объект? Укажите ссылку на Яндекс Карты / Google Maps:</w:t>
      </w:r>
      <w:r>
        <w:br/>
        <w:t>_________________________________________________________________________________________________________</w:t>
      </w:r>
    </w:p>
    <w:p>
      <w:pPr>
        <w:spacing w:after="100"/>
        <w:ind w:left="170"/>
      </w:pPr>
      <w:r>
        <w:rPr>
          <w:b/>
        </w:rPr>
        <w:t xml:space="preserve">☐ </w:t>
      </w:r>
      <w:r>
        <w:t>Если информации по локации нет (типовой проект без определённой местности, NDA или нет информации на карте), предоставьте фотографии объекта.</w:t>
      </w:r>
      <w:r>
        <w:br/>
        <w:t xml:space="preserve">Ответ / ссылка / комментарий: </w:t>
      </w:r>
      <w:r>
        <w:t>______________________________________________________________________________</w:t>
      </w:r>
    </w:p>
    <w:p>
      <w:pPr>
        <w:spacing w:after="100"/>
        <w:ind w:left="170"/>
      </w:pPr>
      <w:r>
        <w:rPr>
          <w:b/>
        </w:rPr>
        <w:t xml:space="preserve">☐ </w:t>
      </w:r>
      <w:r>
        <w:t>Если фотографий нет, предоставьте референсы похожего окружения либо согласуйте референсы, которые будут подобраны самостоятельно.</w:t>
      </w:r>
      <w:r>
        <w:br/>
        <w:t xml:space="preserve">Ответ / ссылка / комментарий: </w:t>
      </w:r>
      <w:r>
        <w:t>______________________________________________________________________________</w:t>
      </w:r>
    </w:p>
    <w:p>
      <w:pPr>
        <w:pStyle w:val="Heading1"/>
      </w:pPr>
      <w:r>
        <w:t>3. Ракурсы и зоны</w:t>
      </w:r>
    </w:p>
    <w:p>
      <w:pPr>
        <w:spacing w:after="80"/>
      </w:pPr>
      <w:r>
        <w:rPr>
          <w:b/>
        </w:rPr>
        <w:t>Сколько ракурсов необходимо подготовить?</w:t>
      </w:r>
      <w:r>
        <w:br/>
        <w:t>_________________________________________________________________________________________________________</w:t>
      </w:r>
    </w:p>
    <w:p>
      <w:pPr>
        <w:spacing w:after="80"/>
      </w:pPr>
      <w:r>
        <w:rPr>
          <w:b/>
        </w:rPr>
        <w:t>Какие зоны / части объекта должны попадать в каждый ракурс?</w:t>
      </w:r>
      <w:r>
        <w:br/>
        <w:t>_________________________________________________________________________________________________________</w:t>
        <w:br/>
        <w:t>_________________________________________________________________________________________________________</w:t>
        <w:br/>
        <w:t>_________________________________________________________________________________________________________</w:t>
        <w:br/>
        <w:t>_________________________________________________________________________________________________________</w:t>
      </w:r>
    </w:p>
    <w:p>
      <w:pPr>
        <w:pStyle w:val="Heading1"/>
      </w:pPr>
      <w:r>
        <w:t>4. Сезон, время суток и настроение</w:t>
      </w:r>
    </w:p>
    <w:p>
      <w:pPr>
        <w:spacing w:after="80"/>
      </w:pPr>
      <w:r>
        <w:rPr>
          <w:b/>
        </w:rPr>
        <w:t>Сезон для визуализации:</w:t>
      </w:r>
      <w:r>
        <w:br/>
        <w:t>_________________________________________________________________________________________________________</w:t>
      </w:r>
    </w:p>
    <w:p>
      <w:pPr>
        <w:spacing w:after="80"/>
      </w:pPr>
      <w:r>
        <w:rPr>
          <w:b/>
        </w:rPr>
        <w:t>Время суток:</w:t>
      </w:r>
      <w:r>
        <w:br/>
        <w:t>_________________________________________________________________________________________________________</w:t>
      </w:r>
    </w:p>
    <w:p>
      <w:pPr>
        <w:spacing w:after="80"/>
      </w:pPr>
      <w:r>
        <w:rPr>
          <w:b/>
        </w:rPr>
        <w:t>Настроение / атмосфера рендера:</w:t>
      </w:r>
      <w:r>
        <w:br/>
        <w:t>_________________________________________________________________________________________________________</w:t>
        <w:br/>
        <w:t>_________________________________________________________________________________________________________</w:t>
      </w:r>
    </w:p>
    <w:p>
      <w:pPr>
        <w:spacing w:after="100"/>
        <w:ind w:left="170"/>
      </w:pPr>
      <w:r>
        <w:rPr>
          <w:b/>
        </w:rPr>
        <w:t xml:space="preserve">☐ </w:t>
      </w:r>
      <w:r>
        <w:t>Предоставьте референсы для утверждения сезона, времени суток и настроения.</w:t>
      </w:r>
      <w:r>
        <w:br/>
        <w:t xml:space="preserve">Ответ / ссылка / комментарий: </w:t>
      </w:r>
      <w:r>
        <w:t>______________________________________________________________________________</w:t>
      </w:r>
    </w:p>
    <w:p>
      <w:pPr>
        <w:pStyle w:val="Heading1"/>
      </w:pPr>
      <w:r>
        <w:t>5. Люди в кадре</w:t>
      </w:r>
    </w:p>
    <w:p>
      <w:pPr>
        <w:spacing w:after="100"/>
        <w:ind w:left="170"/>
      </w:pPr>
      <w:r>
        <w:rPr>
          <w:b/>
        </w:rPr>
        <w:t xml:space="preserve">☐ </w:t>
      </w:r>
      <w:r>
        <w:t>Нужны ли люди в кадре?</w:t>
      </w:r>
      <w:r>
        <w:br/>
        <w:t xml:space="preserve">Ответ / ссылка / комментарий: </w:t>
      </w:r>
      <w:r>
        <w:t>______________________________________________________________________________</w:t>
      </w:r>
    </w:p>
    <w:p>
      <w:pPr>
        <w:pStyle w:val="Heading1"/>
      </w:pPr>
      <w:r>
        <w:t>6. Формат и технические требования</w:t>
      </w:r>
    </w:p>
    <w:p>
      <w:pPr>
        <w:spacing w:after="80"/>
      </w:pPr>
      <w:r>
        <w:rPr>
          <w:b/>
        </w:rPr>
        <w:t>Под какие площадки / носители готовим изображения?</w:t>
      </w:r>
      <w:r>
        <w:br/>
        <w:t>_________________________________________________________________________________________________________</w:t>
        <w:br/>
        <w:t>_________________________________________________________________________________________________________</w:t>
      </w:r>
    </w:p>
    <w:p>
      <w:pPr>
        <w:spacing w:after="80"/>
      </w:pPr>
      <w:r>
        <w:rPr>
          <w:b/>
        </w:rPr>
        <w:t>Пропорции кадра:</w:t>
      </w:r>
      <w:r>
        <w:br/>
        <w:t>_________________________________________________________________________________________________________</w:t>
      </w:r>
    </w:p>
    <w:p>
      <w:pPr>
        <w:spacing w:after="80"/>
      </w:pPr>
      <w:r>
        <w:rPr>
          <w:b/>
        </w:rPr>
        <w:t>Финальное разрешение:</w:t>
      </w:r>
      <w:r>
        <w:br/>
        <w:t>_________________________________________________________________________________________________________</w:t>
      </w:r>
    </w:p>
    <w:p>
      <w:pPr>
        <w:pStyle w:val="Heading1"/>
      </w:pPr>
      <w:r>
        <w:t>7. Итоговое согласование</w:t>
      </w:r>
    </w:p>
    <w:p>
      <w:r>
        <w:rPr>
          <w:b/>
        </w:rPr>
        <w:t>Перед началом работы необходимо согласовать:</w:t>
      </w:r>
    </w:p>
    <w:p>
      <w:pPr>
        <w:ind w:left="170"/>
      </w:pPr>
      <w:r>
        <w:t>☐ исходные модели / чертежи и материалы;</w:t>
      </w:r>
    </w:p>
    <w:p>
      <w:pPr>
        <w:ind w:left="170"/>
      </w:pPr>
      <w:r>
        <w:t>☐ локацию и окружение;</w:t>
      </w:r>
    </w:p>
    <w:p>
      <w:pPr>
        <w:ind w:left="170"/>
      </w:pPr>
      <w:r>
        <w:t>☐ количество и содержание ракурсов;</w:t>
      </w:r>
    </w:p>
    <w:p>
      <w:pPr>
        <w:ind w:left="170"/>
      </w:pPr>
      <w:r>
        <w:t>☐ сезон, время суток и настроение;</w:t>
      </w:r>
    </w:p>
    <w:p>
      <w:pPr>
        <w:ind w:left="170"/>
      </w:pPr>
      <w:r>
        <w:t>☐ наличие людей в кадре;</w:t>
      </w:r>
    </w:p>
    <w:p>
      <w:pPr>
        <w:ind w:left="170"/>
      </w:pPr>
      <w:r>
        <w:t>☐ формат, пропорции и финальное разрешение изображений.</w:t>
      </w:r>
    </w:p>
    <w:p>
      <w:pPr>
        <w:spacing w:after="80"/>
      </w:pPr>
      <w:r>
        <w:rPr>
          <w:b/>
        </w:rPr>
        <w:t>Дополнительные комментарии заказчика:</w:t>
      </w:r>
      <w:r>
        <w:br/>
        <w:t>_________________________________________________________________________________________________________</w:t>
        <w:br/>
        <w:t>_________________________________________________________________________________________________________</w:t>
        <w:br/>
        <w:t>_________________________________________________________________________________________________________</w:t>
        <w:br/>
        <w:t>_________________________________________________________________________________________________________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Техническое задание на визуализацию экстерьера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